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6E763" w14:textId="77777777" w:rsidR="0061531A" w:rsidRPr="001656C3" w:rsidRDefault="0061531A" w:rsidP="001656C3">
      <w:pPr>
        <w:pStyle w:val="a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656C3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Объявление о допуске по математике</w:t>
      </w:r>
    </w:p>
    <w:p w14:paraId="2E979303" w14:textId="77777777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B03FE">
        <w:rPr>
          <w:rFonts w:ascii="Times New Roman" w:hAnsi="Times New Roman" w:cs="Times New Roman"/>
          <w:b/>
          <w:sz w:val="28"/>
          <w:szCs w:val="28"/>
          <w:lang w:val="ru-RU"/>
        </w:rPr>
        <w:t>Для студентов 1 курса заочной формы обучения</w:t>
      </w:r>
    </w:p>
    <w:p w14:paraId="07EFAFF6" w14:textId="77777777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>Уважаемые студенты!</w:t>
      </w:r>
    </w:p>
    <w:p w14:paraId="113E29FD" w14:textId="4C27626E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С 2026/2027 учебного года </w:t>
      </w:r>
      <w:r w:rsidRPr="001656C3">
        <w:rPr>
          <w:rFonts w:ascii="Times New Roman" w:hAnsi="Times New Roman" w:cs="Times New Roman"/>
          <w:lang w:val="ru-RU"/>
        </w:rPr>
        <w:t>вводится следующий</w:t>
      </w:r>
      <w:r w:rsidRPr="006B03FE">
        <w:rPr>
          <w:rFonts w:ascii="Times New Roman" w:hAnsi="Times New Roman" w:cs="Times New Roman"/>
          <w:lang w:val="ru-RU"/>
        </w:rPr>
        <w:t xml:space="preserve"> порядок получения допуска к зачёту/экзамену по дисциплине «Математика» в </w:t>
      </w:r>
      <w:r w:rsidRPr="006B03FE">
        <w:rPr>
          <w:rFonts w:ascii="Times New Roman" w:hAnsi="Times New Roman" w:cs="Times New Roman"/>
        </w:rPr>
        <w:t>I</w:t>
      </w:r>
      <w:r w:rsidRPr="006B03FE">
        <w:rPr>
          <w:rFonts w:ascii="Times New Roman" w:hAnsi="Times New Roman" w:cs="Times New Roman"/>
          <w:lang w:val="ru-RU"/>
        </w:rPr>
        <w:t xml:space="preserve"> (осеннем) и </w:t>
      </w:r>
      <w:r w:rsidRPr="006B03FE">
        <w:rPr>
          <w:rFonts w:ascii="Times New Roman" w:hAnsi="Times New Roman" w:cs="Times New Roman"/>
        </w:rPr>
        <w:t>II</w:t>
      </w:r>
      <w:r w:rsidRPr="006B03FE">
        <w:rPr>
          <w:rFonts w:ascii="Times New Roman" w:hAnsi="Times New Roman" w:cs="Times New Roman"/>
          <w:lang w:val="ru-RU"/>
        </w:rPr>
        <w:t xml:space="preserve"> (весеннем) семестрах.</w:t>
      </w:r>
    </w:p>
    <w:p w14:paraId="18DD9C8A" w14:textId="77777777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 xml:space="preserve">Для получения допуска необходимо пройти онлайн ТЕСТИРОВАНИЕ по темам курса в системе </w:t>
      </w:r>
      <w:r w:rsidRPr="006B03FE">
        <w:rPr>
          <w:rFonts w:ascii="Times New Roman" w:hAnsi="Times New Roman" w:cs="Times New Roman"/>
          <w:b/>
        </w:rPr>
        <w:t>Canvas</w:t>
      </w:r>
      <w:r w:rsidRPr="006B03FE">
        <w:rPr>
          <w:rFonts w:ascii="Times New Roman" w:hAnsi="Times New Roman" w:cs="Times New Roman"/>
          <w:b/>
          <w:lang w:val="ru-RU"/>
        </w:rPr>
        <w:t>!</w:t>
      </w:r>
    </w:p>
    <w:p w14:paraId="08CB1481" w14:textId="77777777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>Выполнять контрольные работы в тетради и загружать их скан-копии в Личный кабинет (</w:t>
      </w:r>
      <w:r w:rsidRPr="006B03FE">
        <w:rPr>
          <w:rFonts w:ascii="Times New Roman" w:hAnsi="Times New Roman" w:cs="Times New Roman"/>
          <w:b/>
        </w:rPr>
        <w:t>Moodle</w:t>
      </w:r>
      <w:r w:rsidRPr="006B03FE">
        <w:rPr>
          <w:rFonts w:ascii="Times New Roman" w:hAnsi="Times New Roman" w:cs="Times New Roman"/>
          <w:b/>
          <w:lang w:val="ru-RU"/>
        </w:rPr>
        <w:t>), как требовалось ранее, больше не нужно.</w:t>
      </w:r>
      <w:r w:rsidRPr="006B03FE">
        <w:rPr>
          <w:rFonts w:ascii="Times New Roman" w:hAnsi="Times New Roman" w:cs="Times New Roman"/>
          <w:lang w:val="ru-RU"/>
        </w:rPr>
        <w:t xml:space="preserve"> Методические указания к контрольным работам и приведённые в них задания используются для самостоятельной подготовки к тестированию и зачёту/экзамену. Указания о сдаче контрольных работ в этих материалах устарели.</w:t>
      </w:r>
    </w:p>
    <w:p w14:paraId="71DE5F71" w14:textId="77777777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>На установочной сессии вам разъяснят порядок получения допуска, сроки и условия прохождения тестов, покажут, где найти учебные материалы, и дадут рекомендации по подготовке.</w:t>
      </w:r>
    </w:p>
    <w:p w14:paraId="7B00764C" w14:textId="057A59B9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bookmarkStart w:id="0" w:name="_Hlk241993755"/>
      <w:r w:rsidRPr="006B03FE">
        <w:rPr>
          <w:rFonts w:ascii="Times New Roman" w:hAnsi="Times New Roman" w:cs="Times New Roman"/>
          <w:b/>
          <w:lang w:val="ru-RU"/>
        </w:rPr>
        <w:t xml:space="preserve">Подробная информация </w:t>
      </w:r>
      <w:r w:rsidRPr="001656C3">
        <w:rPr>
          <w:rFonts w:ascii="Times New Roman" w:hAnsi="Times New Roman" w:cs="Times New Roman"/>
          <w:b/>
          <w:lang w:val="ru-RU"/>
        </w:rPr>
        <w:t xml:space="preserve">размещена </w:t>
      </w:r>
      <w:r w:rsidR="002E7943" w:rsidRPr="001656C3">
        <w:rPr>
          <w:rFonts w:ascii="Times New Roman" w:hAnsi="Times New Roman" w:cs="Times New Roman"/>
          <w:b/>
          <w:lang w:val="ru-RU"/>
        </w:rPr>
        <w:t>также</w:t>
      </w:r>
      <w:r w:rsidRPr="001656C3">
        <w:rPr>
          <w:rFonts w:ascii="Times New Roman" w:hAnsi="Times New Roman" w:cs="Times New Roman"/>
          <w:b/>
          <w:lang w:val="ru-RU"/>
        </w:rPr>
        <w:t xml:space="preserve"> в Личном кабинете,</w:t>
      </w:r>
      <w:r w:rsidRPr="006B03FE">
        <w:rPr>
          <w:rFonts w:ascii="Times New Roman" w:hAnsi="Times New Roman" w:cs="Times New Roman"/>
          <w:b/>
          <w:lang w:val="ru-RU"/>
        </w:rPr>
        <w:t xml:space="preserve"> в разделе «Диск», в папке «Математика – осень 2026».</w:t>
      </w:r>
    </w:p>
    <w:bookmarkEnd w:id="0"/>
    <w:p w14:paraId="5BC73260" w14:textId="6DB093BA" w:rsidR="0061531A" w:rsidRPr="006B03FE" w:rsidRDefault="0061531A" w:rsidP="00165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>По вопросам подготовки, прохождения тестов и получения допуска обращайтесь через чат Личного кабинета к преподавателю кафедры математики, который сопровождает вашу группу. Список групп и преподавателей</w:t>
      </w:r>
      <w:r w:rsidR="002E7943" w:rsidRPr="006B03FE">
        <w:rPr>
          <w:rFonts w:ascii="Times New Roman" w:hAnsi="Times New Roman" w:cs="Times New Roman"/>
          <w:lang w:val="ru-RU"/>
        </w:rPr>
        <w:t xml:space="preserve"> </w:t>
      </w:r>
      <w:r w:rsidRPr="006B03FE">
        <w:rPr>
          <w:rFonts w:ascii="Times New Roman" w:hAnsi="Times New Roman" w:cs="Times New Roman"/>
          <w:lang w:val="ru-RU"/>
        </w:rPr>
        <w:t>размещён в той же папке в файле «группы – преподаватели осень 2026».</w:t>
      </w:r>
    </w:p>
    <w:p w14:paraId="1B475FDA" w14:textId="77777777" w:rsidR="0061531A" w:rsidRPr="006B03FE" w:rsidRDefault="0061531A" w:rsidP="006B03F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F3167E4" w14:textId="0598E911" w:rsidR="006B03FE" w:rsidRPr="001656C3" w:rsidRDefault="00FA7BBF" w:rsidP="001656C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03FE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Как получить допуск к зачёту/экзамену по математике</w:t>
      </w:r>
    </w:p>
    <w:p w14:paraId="65A32A13" w14:textId="4480E080" w:rsidR="007A04CF" w:rsidRPr="006B03FE" w:rsidRDefault="00FA7BBF" w:rsidP="006B03FE">
      <w:pPr>
        <w:pStyle w:val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B03FE">
        <w:rPr>
          <w:rFonts w:ascii="Times New Roman" w:hAnsi="Times New Roman" w:cs="Times New Roman"/>
          <w:sz w:val="22"/>
          <w:szCs w:val="22"/>
          <w:lang w:val="ru-RU"/>
        </w:rPr>
        <w:t>1. Как начать работу</w:t>
      </w:r>
    </w:p>
    <w:p w14:paraId="3F9211BD" w14:textId="77777777" w:rsidR="007A04C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Вам потребуется доступ к </w:t>
      </w:r>
      <w:r w:rsidRPr="006B03FE">
        <w:rPr>
          <w:rFonts w:ascii="Times New Roman" w:hAnsi="Times New Roman" w:cs="Times New Roman"/>
          <w:b/>
          <w:lang w:val="ru-RU"/>
        </w:rPr>
        <w:t>Личному кабинету (ЛК)</w:t>
      </w:r>
      <w:r w:rsidRPr="006B03FE">
        <w:rPr>
          <w:rFonts w:ascii="Times New Roman" w:hAnsi="Times New Roman" w:cs="Times New Roman"/>
          <w:lang w:val="ru-RU"/>
        </w:rPr>
        <w:t xml:space="preserve"> университета и </w:t>
      </w:r>
      <w:r w:rsidRPr="006B03FE">
        <w:rPr>
          <w:rFonts w:ascii="Times New Roman" w:hAnsi="Times New Roman" w:cs="Times New Roman"/>
          <w:b/>
        </w:rPr>
        <w:t>Canvas</w:t>
      </w:r>
      <w:r w:rsidRPr="006B03FE">
        <w:rPr>
          <w:rFonts w:ascii="Times New Roman" w:hAnsi="Times New Roman" w:cs="Times New Roman"/>
          <w:lang w:val="ru-RU"/>
        </w:rPr>
        <w:t>.</w:t>
      </w:r>
    </w:p>
    <w:p w14:paraId="61BF5CA5" w14:textId="77777777" w:rsidR="007A04C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Вход и работа в обеих системах описаны в </w:t>
      </w:r>
      <w:hyperlink r:id="rId6">
        <w:r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 xml:space="preserve">«Инструкциях по электронной образовательной среде </w:t>
        </w:r>
        <w:proofErr w:type="spellStart"/>
        <w:r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>СПбГУПТД</w:t>
        </w:r>
        <w:proofErr w:type="spellEnd"/>
        <w:r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>»</w:t>
        </w:r>
      </w:hyperlink>
      <w:r w:rsidRPr="006B03FE">
        <w:rPr>
          <w:rFonts w:ascii="Times New Roman" w:hAnsi="Times New Roman" w:cs="Times New Roman"/>
          <w:lang w:val="ru-RU"/>
        </w:rPr>
        <w:t xml:space="preserve">. Дополнительно можно воспользоваться </w:t>
      </w:r>
      <w:hyperlink r:id="rId7">
        <w:r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 xml:space="preserve">инструкцией по работе в </w:t>
        </w:r>
        <w:r w:rsidRPr="006B03FE">
          <w:rPr>
            <w:rFonts w:ascii="Times New Roman" w:hAnsi="Times New Roman" w:cs="Times New Roman"/>
            <w:color w:val="0563C1"/>
            <w:u w:val="single"/>
          </w:rPr>
          <w:t>Canvas</w:t>
        </w:r>
      </w:hyperlink>
      <w:r w:rsidRPr="006B03FE">
        <w:rPr>
          <w:rFonts w:ascii="Times New Roman" w:hAnsi="Times New Roman" w:cs="Times New Roman"/>
          <w:lang w:val="ru-RU"/>
        </w:rPr>
        <w:t>.</w:t>
      </w:r>
    </w:p>
    <w:p w14:paraId="05520FBE" w14:textId="7E3CF31F" w:rsidR="007A04CF" w:rsidRPr="008B65F6" w:rsidRDefault="002E7943" w:rsidP="006B03FE">
      <w:pPr>
        <w:jc w:val="both"/>
        <w:rPr>
          <w:rFonts w:ascii="Times New Roman" w:hAnsi="Times New Roman" w:cs="Times New Roman"/>
          <w:lang w:val="ru-RU"/>
        </w:rPr>
      </w:pPr>
      <w:r w:rsidRPr="008B65F6">
        <w:rPr>
          <w:rFonts w:ascii="Times New Roman" w:hAnsi="Times New Roman" w:cs="Times New Roman"/>
          <w:b/>
          <w:lang w:val="ru-RU"/>
        </w:rPr>
        <w:t xml:space="preserve">- </w:t>
      </w:r>
      <w:r w:rsidR="00FA7BBF" w:rsidRPr="008B65F6">
        <w:rPr>
          <w:rFonts w:ascii="Times New Roman" w:hAnsi="Times New Roman" w:cs="Times New Roman"/>
          <w:b/>
          <w:lang w:val="ru-RU"/>
        </w:rPr>
        <w:t>В Личном кабинете</w:t>
      </w:r>
      <w:r w:rsidR="00C20E99" w:rsidRPr="008B65F6">
        <w:rPr>
          <w:rFonts w:ascii="Times New Roman" w:hAnsi="Times New Roman" w:cs="Times New Roman"/>
          <w:b/>
          <w:lang w:val="ru-RU"/>
        </w:rPr>
        <w:t xml:space="preserve">, </w:t>
      </w:r>
      <w:r w:rsidR="00C20E99" w:rsidRPr="008B65F6">
        <w:rPr>
          <w:rFonts w:ascii="Times New Roman" w:hAnsi="Times New Roman" w:cs="Times New Roman"/>
          <w:bCs/>
          <w:lang w:val="ru-RU"/>
        </w:rPr>
        <w:t>в разделе «</w:t>
      </w:r>
      <w:r w:rsidR="00C20E99" w:rsidRPr="008B65F6">
        <w:rPr>
          <w:rFonts w:ascii="Times New Roman" w:hAnsi="Times New Roman" w:cs="Times New Roman"/>
          <w:b/>
          <w:lang w:val="ru-RU"/>
        </w:rPr>
        <w:t>Диск</w:t>
      </w:r>
      <w:r w:rsidR="00C20E99" w:rsidRPr="008B65F6">
        <w:rPr>
          <w:rFonts w:ascii="Times New Roman" w:hAnsi="Times New Roman" w:cs="Times New Roman"/>
          <w:bCs/>
          <w:lang w:val="ru-RU"/>
        </w:rPr>
        <w:t>», для вас создана папка «</w:t>
      </w:r>
      <w:r w:rsidR="00C20E99" w:rsidRPr="008B65F6">
        <w:rPr>
          <w:rFonts w:ascii="Times New Roman" w:hAnsi="Times New Roman" w:cs="Times New Roman"/>
          <w:b/>
          <w:lang w:val="ru-RU"/>
        </w:rPr>
        <w:t>Математика – осень 2026</w:t>
      </w:r>
      <w:r w:rsidR="00C20E99" w:rsidRPr="008B65F6">
        <w:rPr>
          <w:rFonts w:ascii="Times New Roman" w:hAnsi="Times New Roman" w:cs="Times New Roman"/>
          <w:bCs/>
          <w:lang w:val="ru-RU"/>
        </w:rPr>
        <w:t>». Чтобы она появилась, примите приглашение подключить ее.</w:t>
      </w:r>
    </w:p>
    <w:p w14:paraId="1702CA94" w14:textId="5959F848" w:rsidR="007A04CF" w:rsidRPr="008B65F6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8B65F6">
        <w:rPr>
          <w:rFonts w:ascii="Times New Roman" w:hAnsi="Times New Roman" w:cs="Times New Roman"/>
          <w:lang w:val="ru-RU"/>
        </w:rPr>
        <w:t xml:space="preserve">В папке </w:t>
      </w:r>
      <w:r w:rsidR="00C20E99" w:rsidRPr="008B65F6">
        <w:rPr>
          <w:rFonts w:ascii="Times New Roman" w:hAnsi="Times New Roman" w:cs="Times New Roman"/>
          <w:lang w:val="ru-RU"/>
        </w:rPr>
        <w:t>размещены</w:t>
      </w:r>
      <w:r w:rsidRPr="008B65F6">
        <w:rPr>
          <w:rFonts w:ascii="Times New Roman" w:hAnsi="Times New Roman" w:cs="Times New Roman"/>
          <w:lang w:val="ru-RU"/>
        </w:rPr>
        <w:t xml:space="preserve"> </w:t>
      </w:r>
      <w:r w:rsidRPr="008B65F6">
        <w:rPr>
          <w:rFonts w:ascii="Times New Roman" w:hAnsi="Times New Roman" w:cs="Times New Roman"/>
          <w:b/>
          <w:bCs/>
          <w:lang w:val="ru-RU"/>
        </w:rPr>
        <w:t>учебные материалы</w:t>
      </w:r>
      <w:r w:rsidRPr="008B65F6">
        <w:rPr>
          <w:rFonts w:ascii="Times New Roman" w:hAnsi="Times New Roman" w:cs="Times New Roman"/>
          <w:lang w:val="ru-RU"/>
        </w:rPr>
        <w:t xml:space="preserve">, файл </w:t>
      </w:r>
      <w:r w:rsidRPr="008B65F6">
        <w:rPr>
          <w:rFonts w:ascii="Times New Roman" w:hAnsi="Times New Roman" w:cs="Times New Roman"/>
          <w:b/>
          <w:lang w:val="ru-RU"/>
        </w:rPr>
        <w:t>«группы</w:t>
      </w:r>
      <w:r w:rsidR="00C20E99" w:rsidRPr="008B65F6">
        <w:rPr>
          <w:rFonts w:ascii="Times New Roman" w:hAnsi="Times New Roman" w:cs="Times New Roman"/>
          <w:b/>
          <w:lang w:val="ru-RU"/>
        </w:rPr>
        <w:t xml:space="preserve"> – </w:t>
      </w:r>
      <w:r w:rsidRPr="008B65F6">
        <w:rPr>
          <w:rFonts w:ascii="Times New Roman" w:hAnsi="Times New Roman" w:cs="Times New Roman"/>
          <w:b/>
          <w:lang w:val="ru-RU"/>
        </w:rPr>
        <w:t>преподаватели</w:t>
      </w:r>
      <w:r w:rsidR="00C20E99" w:rsidRPr="008B65F6">
        <w:rPr>
          <w:rFonts w:ascii="Times New Roman" w:hAnsi="Times New Roman" w:cs="Times New Roman"/>
          <w:b/>
          <w:lang w:val="ru-RU"/>
        </w:rPr>
        <w:t xml:space="preserve"> осень 2026</w:t>
      </w:r>
      <w:r w:rsidRPr="008B65F6">
        <w:rPr>
          <w:rFonts w:ascii="Times New Roman" w:hAnsi="Times New Roman" w:cs="Times New Roman"/>
          <w:b/>
          <w:lang w:val="ru-RU"/>
        </w:rPr>
        <w:t>»</w:t>
      </w:r>
      <w:r w:rsidRPr="008B65F6">
        <w:rPr>
          <w:rFonts w:ascii="Times New Roman" w:hAnsi="Times New Roman" w:cs="Times New Roman"/>
          <w:lang w:val="ru-RU"/>
        </w:rPr>
        <w:t xml:space="preserve">, а также </w:t>
      </w:r>
      <w:r w:rsidRPr="008B65F6">
        <w:rPr>
          <w:rFonts w:ascii="Times New Roman" w:hAnsi="Times New Roman" w:cs="Times New Roman"/>
          <w:b/>
          <w:bCs/>
          <w:lang w:val="ru-RU"/>
        </w:rPr>
        <w:t>подробная пошаговая инструкция и видео</w:t>
      </w:r>
      <w:r w:rsidRPr="008B65F6">
        <w:rPr>
          <w:rFonts w:ascii="Times New Roman" w:hAnsi="Times New Roman" w:cs="Times New Roman"/>
          <w:lang w:val="ru-RU"/>
        </w:rPr>
        <w:t xml:space="preserve"> о том, как получить допуск.</w:t>
      </w:r>
    </w:p>
    <w:p w14:paraId="61224C3B" w14:textId="25FFC43F" w:rsidR="007A04CF" w:rsidRPr="006B03FE" w:rsidRDefault="002E7943" w:rsidP="006B03FE">
      <w:pPr>
        <w:jc w:val="both"/>
        <w:rPr>
          <w:rFonts w:ascii="Times New Roman" w:hAnsi="Times New Roman" w:cs="Times New Roman"/>
          <w:lang w:val="ru-RU"/>
        </w:rPr>
      </w:pPr>
      <w:r w:rsidRPr="008B65F6">
        <w:rPr>
          <w:rFonts w:ascii="Times New Roman" w:hAnsi="Times New Roman" w:cs="Times New Roman"/>
          <w:b/>
          <w:lang w:val="ru-RU"/>
        </w:rPr>
        <w:t xml:space="preserve">- </w:t>
      </w:r>
      <w:r w:rsidR="00FA7BBF" w:rsidRPr="008B65F6">
        <w:rPr>
          <w:rFonts w:ascii="Times New Roman" w:hAnsi="Times New Roman" w:cs="Times New Roman"/>
          <w:b/>
          <w:lang w:val="ru-RU"/>
        </w:rPr>
        <w:t xml:space="preserve">В </w:t>
      </w:r>
      <w:r w:rsidR="00FA7BBF" w:rsidRPr="008B65F6">
        <w:rPr>
          <w:rFonts w:ascii="Times New Roman" w:hAnsi="Times New Roman" w:cs="Times New Roman"/>
          <w:b/>
        </w:rPr>
        <w:t>Canvas</w:t>
      </w:r>
      <w:r w:rsidR="00FA7BBF" w:rsidRPr="008B65F6">
        <w:rPr>
          <w:rFonts w:ascii="Times New Roman" w:hAnsi="Times New Roman" w:cs="Times New Roman"/>
          <w:b/>
          <w:lang w:val="ru-RU"/>
        </w:rPr>
        <w:t>:</w:t>
      </w:r>
      <w:r w:rsidR="00FA7BBF" w:rsidRPr="008B65F6">
        <w:rPr>
          <w:rFonts w:ascii="Times New Roman" w:hAnsi="Times New Roman" w:cs="Times New Roman"/>
          <w:lang w:val="ru-RU"/>
        </w:rPr>
        <w:t xml:space="preserve"> примите приглашение на курс</w:t>
      </w:r>
      <w:r w:rsidR="006B03FE" w:rsidRPr="008B65F6">
        <w:rPr>
          <w:rFonts w:ascii="Times New Roman" w:hAnsi="Times New Roman" w:cs="Times New Roman"/>
          <w:lang w:val="ru-RU"/>
        </w:rPr>
        <w:t>ы</w:t>
      </w:r>
      <w:r w:rsidR="00FA7BBF" w:rsidRPr="008B65F6">
        <w:rPr>
          <w:rFonts w:ascii="Times New Roman" w:hAnsi="Times New Roman" w:cs="Times New Roman"/>
          <w:lang w:val="ru-RU"/>
        </w:rPr>
        <w:t xml:space="preserve"> </w:t>
      </w:r>
      <w:r w:rsidRPr="008B65F6">
        <w:rPr>
          <w:rFonts w:ascii="Times New Roman" w:hAnsi="Times New Roman" w:cs="Times New Roman"/>
          <w:lang w:val="ru-RU"/>
        </w:rPr>
        <w:t xml:space="preserve">по </w:t>
      </w:r>
      <w:r w:rsidR="00FA7BBF" w:rsidRPr="008B65F6">
        <w:rPr>
          <w:rFonts w:ascii="Times New Roman" w:hAnsi="Times New Roman" w:cs="Times New Roman"/>
          <w:lang w:val="ru-RU"/>
        </w:rPr>
        <w:t>математик</w:t>
      </w:r>
      <w:r w:rsidRPr="008B65F6">
        <w:rPr>
          <w:rFonts w:ascii="Times New Roman" w:hAnsi="Times New Roman" w:cs="Times New Roman"/>
          <w:lang w:val="ru-RU"/>
        </w:rPr>
        <w:t>е</w:t>
      </w:r>
      <w:r w:rsidR="00FA7BBF" w:rsidRPr="006B03FE">
        <w:rPr>
          <w:rFonts w:ascii="Times New Roman" w:hAnsi="Times New Roman" w:cs="Times New Roman"/>
          <w:lang w:val="ru-RU"/>
        </w:rPr>
        <w:t>. Ссылка на соответствующи</w:t>
      </w:r>
      <w:r w:rsidRPr="006B03FE">
        <w:rPr>
          <w:rFonts w:ascii="Times New Roman" w:hAnsi="Times New Roman" w:cs="Times New Roman"/>
          <w:lang w:val="ru-RU"/>
        </w:rPr>
        <w:t>й</w:t>
      </w:r>
      <w:r w:rsidR="00FA7BBF" w:rsidRPr="006B03FE">
        <w:rPr>
          <w:rFonts w:ascii="Times New Roman" w:hAnsi="Times New Roman" w:cs="Times New Roman"/>
          <w:lang w:val="ru-RU"/>
        </w:rPr>
        <w:t xml:space="preserve"> курс приведена ниже.</w:t>
      </w:r>
    </w:p>
    <w:p w14:paraId="7BD363AC" w14:textId="3FEDE87C" w:rsidR="007A04CF" w:rsidRPr="006B03FE" w:rsidRDefault="00FA7BBF" w:rsidP="006B03FE">
      <w:pPr>
        <w:pStyle w:val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B03FE">
        <w:rPr>
          <w:rFonts w:ascii="Times New Roman" w:hAnsi="Times New Roman" w:cs="Times New Roman"/>
          <w:sz w:val="22"/>
          <w:szCs w:val="22"/>
          <w:lang w:val="ru-RU"/>
        </w:rPr>
        <w:t>2. Что нужно для допуска</w:t>
      </w:r>
    </w:p>
    <w:p w14:paraId="0F76A354" w14:textId="10A5D384" w:rsidR="00A873BA" w:rsidRPr="006B03FE" w:rsidRDefault="00A873BA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 xml:space="preserve">Пройдите все 12 тематических тестов в </w:t>
      </w:r>
      <w:r w:rsidRPr="006B03FE">
        <w:rPr>
          <w:rFonts w:ascii="Times New Roman" w:hAnsi="Times New Roman" w:cs="Times New Roman"/>
          <w:b/>
        </w:rPr>
        <w:t>Canvas</w:t>
      </w:r>
      <w:r w:rsidRPr="006B03FE">
        <w:rPr>
          <w:rFonts w:ascii="Times New Roman" w:hAnsi="Times New Roman" w:cs="Times New Roman"/>
          <w:b/>
          <w:lang w:val="ru-RU"/>
        </w:rPr>
        <w:t xml:space="preserve"> до </w:t>
      </w:r>
      <w:r w:rsidRPr="008B65F6">
        <w:rPr>
          <w:rFonts w:ascii="Times New Roman" w:hAnsi="Times New Roman" w:cs="Times New Roman"/>
          <w:b/>
          <w:highlight w:val="lightGray"/>
          <w:lang w:val="ru-RU"/>
        </w:rPr>
        <w:t>20 декабря 2026 года.</w:t>
      </w:r>
      <w:r w:rsidRPr="006B03FE">
        <w:rPr>
          <w:rFonts w:ascii="Times New Roman" w:hAnsi="Times New Roman" w:cs="Times New Roman"/>
          <w:b/>
          <w:lang w:val="ru-RU"/>
        </w:rPr>
        <w:t xml:space="preserve"> В каждом тесте 10 вопросов по 0,5 балла. Для успешного прохождения необходимо</w:t>
      </w:r>
      <w:r w:rsidR="002E7943" w:rsidRPr="006B03FE">
        <w:rPr>
          <w:rFonts w:ascii="Times New Roman" w:hAnsi="Times New Roman" w:cs="Times New Roman"/>
          <w:b/>
          <w:lang w:val="ru-RU"/>
        </w:rPr>
        <w:t xml:space="preserve"> </w:t>
      </w:r>
      <w:r w:rsidRPr="006B03FE">
        <w:rPr>
          <w:rFonts w:ascii="Times New Roman" w:hAnsi="Times New Roman" w:cs="Times New Roman"/>
          <w:b/>
          <w:lang w:val="ru-RU"/>
        </w:rPr>
        <w:t>правильно ответить</w:t>
      </w:r>
      <w:r w:rsidR="002E7943" w:rsidRPr="006B03FE">
        <w:rPr>
          <w:rFonts w:ascii="Times New Roman" w:hAnsi="Times New Roman" w:cs="Times New Roman"/>
          <w:b/>
          <w:lang w:val="ru-RU"/>
        </w:rPr>
        <w:t xml:space="preserve"> </w:t>
      </w:r>
      <w:r w:rsidR="002E7943" w:rsidRPr="008B65F6">
        <w:rPr>
          <w:rFonts w:ascii="Times New Roman" w:hAnsi="Times New Roman" w:cs="Times New Roman"/>
          <w:b/>
          <w:lang w:val="ru-RU"/>
        </w:rPr>
        <w:t>в каждом тесте</w:t>
      </w:r>
      <w:r w:rsidRPr="008B65F6">
        <w:rPr>
          <w:rFonts w:ascii="Times New Roman" w:hAnsi="Times New Roman" w:cs="Times New Roman"/>
          <w:b/>
          <w:lang w:val="ru-RU"/>
        </w:rPr>
        <w:t xml:space="preserve"> не</w:t>
      </w:r>
      <w:r w:rsidRPr="006B03FE">
        <w:rPr>
          <w:rFonts w:ascii="Times New Roman" w:hAnsi="Times New Roman" w:cs="Times New Roman"/>
          <w:b/>
          <w:lang w:val="ru-RU"/>
        </w:rPr>
        <w:t xml:space="preserve"> менее чем на 6 вопросов и набрать не менее 3 баллов из 5 (60 %).</w:t>
      </w:r>
    </w:p>
    <w:p w14:paraId="77A3C16E" w14:textId="5D24D265" w:rsidR="007A04CF" w:rsidRPr="006B03FE" w:rsidRDefault="005F7C88" w:rsidP="006B03FE">
      <w:pPr>
        <w:spacing w:before="40" w:after="40"/>
        <w:jc w:val="both"/>
        <w:rPr>
          <w:rFonts w:ascii="Times New Roman" w:hAnsi="Times New Roman" w:cs="Times New Roman"/>
          <w:color w:val="0563C1"/>
          <w:u w:val="single"/>
          <w:lang w:val="ru-RU"/>
        </w:rPr>
      </w:pPr>
      <w:hyperlink r:id="rId8">
        <w:r w:rsidR="00A873BA"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>Курс "Математика"</w:t>
        </w:r>
      </w:hyperlink>
    </w:p>
    <w:p w14:paraId="37F624A1" w14:textId="59903FC6" w:rsidR="007A04C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На каждый тест предоставляются </w:t>
      </w:r>
      <w:r w:rsidRPr="006B03FE">
        <w:rPr>
          <w:rFonts w:ascii="Times New Roman" w:hAnsi="Times New Roman" w:cs="Times New Roman"/>
          <w:b/>
          <w:lang w:val="ru-RU"/>
        </w:rPr>
        <w:t>две попытки</w:t>
      </w:r>
      <w:r w:rsidRPr="006B03FE">
        <w:rPr>
          <w:rFonts w:ascii="Times New Roman" w:hAnsi="Times New Roman" w:cs="Times New Roman"/>
          <w:lang w:val="ru-RU"/>
        </w:rPr>
        <w:t xml:space="preserve">. Если обе попытки использованы, а 60 % не набраны, обратитесь </w:t>
      </w:r>
      <w:r w:rsidRPr="006B03FE">
        <w:rPr>
          <w:rFonts w:ascii="Times New Roman" w:hAnsi="Times New Roman" w:cs="Times New Roman"/>
          <w:b/>
          <w:lang w:val="ru-RU"/>
        </w:rPr>
        <w:t>через чат ЛК к преподавателю кафедры математики, который курирует вашу группу</w:t>
      </w:r>
      <w:r w:rsidRPr="006B03FE">
        <w:rPr>
          <w:rFonts w:ascii="Times New Roman" w:hAnsi="Times New Roman" w:cs="Times New Roman"/>
          <w:lang w:val="ru-RU"/>
        </w:rPr>
        <w:t xml:space="preserve">. Найти его можно в файле </w:t>
      </w:r>
      <w:r w:rsidR="00CA79DB" w:rsidRPr="006B03FE">
        <w:rPr>
          <w:rFonts w:ascii="Times New Roman" w:hAnsi="Times New Roman" w:cs="Times New Roman"/>
          <w:b/>
          <w:lang w:val="ru-RU"/>
        </w:rPr>
        <w:t>«группы – преподаватели осень 2026»</w:t>
      </w:r>
      <w:r w:rsidR="00CA79DB" w:rsidRPr="006B03FE">
        <w:rPr>
          <w:rFonts w:ascii="Times New Roman" w:hAnsi="Times New Roman" w:cs="Times New Roman"/>
          <w:lang w:val="ru-RU"/>
        </w:rPr>
        <w:t xml:space="preserve">, </w:t>
      </w:r>
      <w:r w:rsidRPr="006B03FE">
        <w:rPr>
          <w:rFonts w:ascii="Times New Roman" w:hAnsi="Times New Roman" w:cs="Times New Roman"/>
          <w:lang w:val="ru-RU"/>
        </w:rPr>
        <w:t xml:space="preserve">в подключённой папке в разделе </w:t>
      </w:r>
      <w:r w:rsidRPr="006B03FE">
        <w:rPr>
          <w:rFonts w:ascii="Times New Roman" w:hAnsi="Times New Roman" w:cs="Times New Roman"/>
          <w:b/>
          <w:lang w:val="ru-RU"/>
        </w:rPr>
        <w:t>«Диск» ЛК</w:t>
      </w:r>
      <w:r w:rsidRPr="006B03FE">
        <w:rPr>
          <w:rFonts w:ascii="Times New Roman" w:hAnsi="Times New Roman" w:cs="Times New Roman"/>
          <w:lang w:val="ru-RU"/>
        </w:rPr>
        <w:t xml:space="preserve">. </w:t>
      </w:r>
      <w:bookmarkStart w:id="1" w:name="_Hlk242016782"/>
      <w:r w:rsidR="002E7943" w:rsidRPr="008B65F6">
        <w:rPr>
          <w:rFonts w:ascii="Times New Roman" w:hAnsi="Times New Roman" w:cs="Times New Roman"/>
          <w:lang w:val="ru-RU"/>
        </w:rPr>
        <w:t xml:space="preserve">Сообщите преподавателю ФИО, группу, № темы, по которой требуется дополнительная попытка. </w:t>
      </w:r>
      <w:r w:rsidRPr="008B65F6">
        <w:rPr>
          <w:rFonts w:ascii="Times New Roman" w:hAnsi="Times New Roman" w:cs="Times New Roman"/>
          <w:lang w:val="ru-RU"/>
        </w:rPr>
        <w:t>Преподаватель может открыть для вас ещё одну попытку.</w:t>
      </w:r>
      <w:bookmarkEnd w:id="1"/>
    </w:p>
    <w:p w14:paraId="01D75E38" w14:textId="60D80F7D" w:rsidR="00C20E99" w:rsidRPr="006B03FE" w:rsidRDefault="00FA7BBF" w:rsidP="006B03FE">
      <w:pPr>
        <w:jc w:val="both"/>
        <w:rPr>
          <w:rFonts w:ascii="Times New Roman" w:hAnsi="Times New Roman" w:cs="Times New Roman"/>
          <w:b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lastRenderedPageBreak/>
        <w:t xml:space="preserve">Ранее для допуска требовалось сдавать контрольные работы — это требование сохранилось в тексте методических указаний. Теперь сдавать их не нужно: допуск предоставляется по результатам тестов в </w:t>
      </w:r>
      <w:r w:rsidRPr="006B03FE">
        <w:rPr>
          <w:rFonts w:ascii="Times New Roman" w:hAnsi="Times New Roman" w:cs="Times New Roman"/>
          <w:b/>
        </w:rPr>
        <w:t>Canvas</w:t>
      </w:r>
      <w:r w:rsidRPr="006B03FE">
        <w:rPr>
          <w:rFonts w:ascii="Times New Roman" w:hAnsi="Times New Roman" w:cs="Times New Roman"/>
          <w:b/>
          <w:lang w:val="ru-RU"/>
        </w:rPr>
        <w:t>, а задания контрольных работ используются только для подготовки.</w:t>
      </w:r>
    </w:p>
    <w:p w14:paraId="5BD72796" w14:textId="3C7D1434" w:rsidR="00EB480E" w:rsidRPr="006B03FE" w:rsidRDefault="00EB480E" w:rsidP="006B03FE">
      <w:pPr>
        <w:pStyle w:val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B03FE">
        <w:rPr>
          <w:rFonts w:ascii="Times New Roman" w:hAnsi="Times New Roman" w:cs="Times New Roman"/>
          <w:sz w:val="22"/>
          <w:szCs w:val="22"/>
          <w:lang w:val="ru-RU"/>
        </w:rPr>
        <w:t>3. Если тестирование не пройдено в срок</w:t>
      </w:r>
    </w:p>
    <w:p w14:paraId="257CD327" w14:textId="0C0D4EC0" w:rsidR="00EB480E" w:rsidRPr="006B03FE" w:rsidRDefault="00EB480E" w:rsidP="006B03FE">
      <w:pPr>
        <w:jc w:val="both"/>
        <w:rPr>
          <w:rFonts w:ascii="Times New Roman" w:hAnsi="Times New Roman" w:cs="Times New Roman"/>
          <w:b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Если вы не прошли все тесты с необходимым результатом в установленный срок, </w:t>
      </w:r>
      <w:r w:rsidRPr="006B03FE">
        <w:rPr>
          <w:rFonts w:ascii="Times New Roman" w:hAnsi="Times New Roman" w:cs="Times New Roman"/>
          <w:b/>
          <w:lang w:val="ru-RU"/>
        </w:rPr>
        <w:t>в этом семестре вы не допускаетесь к зачету/экзамену.</w:t>
      </w:r>
    </w:p>
    <w:p w14:paraId="7592CBDA" w14:textId="2EB109D2" w:rsidR="00EB480E" w:rsidRPr="006B03FE" w:rsidRDefault="00EB480E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После окончания срока тестирование закрывается и вновь открывается только со следующего семестра, </w:t>
      </w:r>
      <w:r w:rsidR="002E7943" w:rsidRPr="008B65F6">
        <w:rPr>
          <w:rFonts w:ascii="Times New Roman" w:hAnsi="Times New Roman" w:cs="Times New Roman"/>
          <w:b/>
          <w:lang w:val="ru-RU"/>
        </w:rPr>
        <w:t>8</w:t>
      </w:r>
      <w:r w:rsidRPr="006B03FE">
        <w:rPr>
          <w:rFonts w:ascii="Times New Roman" w:hAnsi="Times New Roman" w:cs="Times New Roman"/>
          <w:b/>
          <w:lang w:val="ru-RU"/>
        </w:rPr>
        <w:t xml:space="preserve"> февраля 2027 года</w:t>
      </w:r>
      <w:r w:rsidRPr="006B03FE">
        <w:rPr>
          <w:rFonts w:ascii="Times New Roman" w:hAnsi="Times New Roman" w:cs="Times New Roman"/>
          <w:lang w:val="ru-RU"/>
        </w:rPr>
        <w:t>.</w:t>
      </w:r>
      <w:r w:rsidR="00871178" w:rsidRPr="006B03FE">
        <w:rPr>
          <w:rFonts w:ascii="Times New Roman" w:hAnsi="Times New Roman" w:cs="Times New Roman"/>
          <w:lang w:val="ru-RU"/>
        </w:rPr>
        <w:t xml:space="preserve"> Пересдача зачета/экзамена будет организована в летнюю сессию</w:t>
      </w:r>
      <w:r w:rsidR="00871178" w:rsidRPr="006B03FE">
        <w:rPr>
          <w:rFonts w:ascii="Times New Roman" w:hAnsi="Times New Roman" w:cs="Times New Roman"/>
          <w:b/>
          <w:lang w:val="ru-RU"/>
        </w:rPr>
        <w:t xml:space="preserve">. До пересдачи необходимо успешно пройти все требуемые тесты в </w:t>
      </w:r>
      <w:r w:rsidR="00871178" w:rsidRPr="006B03FE">
        <w:rPr>
          <w:rFonts w:ascii="Times New Roman" w:hAnsi="Times New Roman" w:cs="Times New Roman"/>
          <w:b/>
        </w:rPr>
        <w:t>Canvas</w:t>
      </w:r>
      <w:r w:rsidR="00871178" w:rsidRPr="006B03FE">
        <w:rPr>
          <w:rFonts w:ascii="Times New Roman" w:hAnsi="Times New Roman" w:cs="Times New Roman"/>
          <w:b/>
          <w:lang w:val="ru-RU"/>
        </w:rPr>
        <w:t>.</w:t>
      </w:r>
    </w:p>
    <w:p w14:paraId="75DB6284" w14:textId="3DA782EB" w:rsidR="00871178" w:rsidRPr="006B03FE" w:rsidRDefault="00871178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Дату пересдачи уточняйте </w:t>
      </w:r>
      <w:r w:rsidRPr="006B03FE">
        <w:rPr>
          <w:rFonts w:ascii="Times New Roman" w:hAnsi="Times New Roman" w:cs="Times New Roman"/>
          <w:b/>
          <w:lang w:val="ru-RU"/>
        </w:rPr>
        <w:t>в деканате ближе к летней сессии.</w:t>
      </w:r>
    </w:p>
    <w:p w14:paraId="34ED9BB2" w14:textId="33F05C32" w:rsidR="00FA7BBF" w:rsidRPr="006B03FE" w:rsidRDefault="00EB480E" w:rsidP="006B03FE">
      <w:pPr>
        <w:pStyle w:val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B03FE">
        <w:rPr>
          <w:rFonts w:ascii="Times New Roman" w:hAnsi="Times New Roman" w:cs="Times New Roman"/>
          <w:sz w:val="22"/>
          <w:szCs w:val="22"/>
          <w:lang w:val="ru-RU"/>
        </w:rPr>
        <w:t>4</w:t>
      </w:r>
      <w:r w:rsidR="00FA7BBF" w:rsidRPr="006B03FE">
        <w:rPr>
          <w:rFonts w:ascii="Times New Roman" w:hAnsi="Times New Roman" w:cs="Times New Roman"/>
          <w:sz w:val="22"/>
          <w:szCs w:val="22"/>
          <w:lang w:val="ru-RU"/>
        </w:rPr>
        <w:t>. Как подготовиться</w:t>
      </w:r>
    </w:p>
    <w:p w14:paraId="75E19469" w14:textId="0CC96A4D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Перед каждым тестом изучите видеолекцию и конспект соответствующей темы в основном курсе математики в </w:t>
      </w:r>
      <w:r w:rsidRPr="006B03FE">
        <w:rPr>
          <w:rFonts w:ascii="Times New Roman" w:hAnsi="Times New Roman" w:cs="Times New Roman"/>
        </w:rPr>
        <w:t>Canvas</w:t>
      </w:r>
      <w:r w:rsidR="006B03FE" w:rsidRPr="006B03FE">
        <w:rPr>
          <w:rFonts w:ascii="Times New Roman" w:hAnsi="Times New Roman" w:cs="Times New Roman"/>
          <w:lang w:val="ru-RU"/>
        </w:rPr>
        <w:t>.</w:t>
      </w:r>
    </w:p>
    <w:p w14:paraId="4E8A3B44" w14:textId="32E0D1E9" w:rsidR="00FA7BBF" w:rsidRPr="006B03FE" w:rsidRDefault="00FA7BBF" w:rsidP="006B03FE">
      <w:pPr>
        <w:jc w:val="both"/>
        <w:rPr>
          <w:rFonts w:ascii="Times New Roman" w:hAnsi="Times New Roman" w:cs="Times New Roman"/>
        </w:rPr>
      </w:pPr>
      <w:proofErr w:type="spellStart"/>
      <w:r w:rsidRPr="006B03FE">
        <w:rPr>
          <w:rFonts w:ascii="Times New Roman" w:hAnsi="Times New Roman" w:cs="Times New Roman"/>
        </w:rPr>
        <w:t>Для</w:t>
      </w:r>
      <w:proofErr w:type="spellEnd"/>
      <w:r w:rsidRPr="006B03FE">
        <w:rPr>
          <w:rFonts w:ascii="Times New Roman" w:hAnsi="Times New Roman" w:cs="Times New Roman"/>
        </w:rPr>
        <w:t xml:space="preserve"> </w:t>
      </w:r>
      <w:proofErr w:type="spellStart"/>
      <w:r w:rsidRPr="006B03FE">
        <w:rPr>
          <w:rFonts w:ascii="Times New Roman" w:hAnsi="Times New Roman" w:cs="Times New Roman"/>
        </w:rPr>
        <w:t>отработки</w:t>
      </w:r>
      <w:proofErr w:type="spellEnd"/>
      <w:r w:rsidRPr="006B03FE">
        <w:rPr>
          <w:rFonts w:ascii="Times New Roman" w:hAnsi="Times New Roman" w:cs="Times New Roman"/>
        </w:rPr>
        <w:t xml:space="preserve"> </w:t>
      </w:r>
      <w:proofErr w:type="spellStart"/>
      <w:r w:rsidRPr="006B03FE">
        <w:rPr>
          <w:rFonts w:ascii="Times New Roman" w:hAnsi="Times New Roman" w:cs="Times New Roman"/>
        </w:rPr>
        <w:t>задач</w:t>
      </w:r>
      <w:proofErr w:type="spellEnd"/>
      <w:r w:rsidRPr="006B03FE">
        <w:rPr>
          <w:rFonts w:ascii="Times New Roman" w:hAnsi="Times New Roman" w:cs="Times New Roman"/>
        </w:rPr>
        <w:t xml:space="preserve"> </w:t>
      </w:r>
      <w:proofErr w:type="spellStart"/>
      <w:r w:rsidRPr="006B03FE">
        <w:rPr>
          <w:rFonts w:ascii="Times New Roman" w:hAnsi="Times New Roman" w:cs="Times New Roman"/>
        </w:rPr>
        <w:t>используйте</w:t>
      </w:r>
      <w:proofErr w:type="spellEnd"/>
      <w:r w:rsidRPr="006B03FE">
        <w:rPr>
          <w:rFonts w:ascii="Times New Roman" w:hAnsi="Times New Roman" w:cs="Times New Roman"/>
        </w:rPr>
        <w:t>:</w:t>
      </w:r>
    </w:p>
    <w:p w14:paraId="28107B58" w14:textId="291E2425" w:rsidR="00FA7BBF" w:rsidRPr="006B03FE" w:rsidRDefault="00FA7BBF" w:rsidP="006B03FE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курс </w:t>
      </w:r>
      <w:r w:rsidRPr="006B03FE">
        <w:rPr>
          <w:rFonts w:ascii="Times New Roman" w:hAnsi="Times New Roman" w:cs="Times New Roman"/>
          <w:b/>
          <w:lang w:val="ru-RU"/>
        </w:rPr>
        <w:t>«Математика — установочная лекция»</w:t>
      </w:r>
      <w:r w:rsidRPr="006B03FE">
        <w:rPr>
          <w:rFonts w:ascii="Times New Roman" w:hAnsi="Times New Roman" w:cs="Times New Roman"/>
          <w:lang w:val="ru-RU"/>
        </w:rPr>
        <w:t xml:space="preserve"> с подробным разбором типовых задач: </w:t>
      </w:r>
      <w:hyperlink r:id="rId9">
        <w:r w:rsidR="00A873BA"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>открыть курс</w:t>
        </w:r>
      </w:hyperlink>
      <w:r w:rsidRPr="006B03FE">
        <w:rPr>
          <w:rFonts w:ascii="Times New Roman" w:hAnsi="Times New Roman" w:cs="Times New Roman"/>
          <w:lang w:val="ru-RU"/>
        </w:rPr>
        <w:t>;</w:t>
      </w:r>
    </w:p>
    <w:p w14:paraId="1B589811" w14:textId="77777777" w:rsidR="00FA7BBF" w:rsidRPr="006B03FE" w:rsidRDefault="00FA7BBF" w:rsidP="006B03FE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>методические указания для выполнения контрольных работ</w:t>
      </w:r>
      <w:r w:rsidRPr="006B03FE">
        <w:rPr>
          <w:rFonts w:ascii="Times New Roman" w:hAnsi="Times New Roman" w:cs="Times New Roman"/>
          <w:lang w:val="ru-RU"/>
        </w:rPr>
        <w:t xml:space="preserve"> в папке в ЛК: примеры решений и варианты заданий для самостоятельной подготовки.</w:t>
      </w:r>
    </w:p>
    <w:p w14:paraId="1243C51B" w14:textId="14A2A70A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>Требование о сдаче контрольных работ на первой странице методических указаний устарело.</w:t>
      </w:r>
      <w:r w:rsidRPr="006B03FE">
        <w:rPr>
          <w:rFonts w:ascii="Times New Roman" w:hAnsi="Times New Roman" w:cs="Times New Roman"/>
          <w:lang w:val="ru-RU"/>
        </w:rPr>
        <w:t xml:space="preserve"> Используйте эти материалы только для подготовки к тестам и зачёту/экзамену.</w:t>
      </w:r>
    </w:p>
    <w:p w14:paraId="6E9BCFCF" w14:textId="4F9CEA04" w:rsidR="00FA7BBF" w:rsidRPr="006B03FE" w:rsidRDefault="00EB480E" w:rsidP="006B03FE">
      <w:pPr>
        <w:pStyle w:val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B03FE">
        <w:rPr>
          <w:rFonts w:ascii="Times New Roman" w:hAnsi="Times New Roman" w:cs="Times New Roman"/>
          <w:sz w:val="22"/>
          <w:szCs w:val="22"/>
          <w:lang w:val="ru-RU"/>
        </w:rPr>
        <w:t>5</w:t>
      </w:r>
      <w:r w:rsidR="00FA7BBF" w:rsidRPr="006B03FE">
        <w:rPr>
          <w:rFonts w:ascii="Times New Roman" w:hAnsi="Times New Roman" w:cs="Times New Roman"/>
          <w:sz w:val="22"/>
          <w:szCs w:val="22"/>
          <w:lang w:val="ru-RU"/>
        </w:rPr>
        <w:t>. Где проверить допуск</w:t>
      </w:r>
    </w:p>
    <w:p w14:paraId="6A802B83" w14:textId="77777777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Статус </w:t>
      </w:r>
      <w:r w:rsidRPr="006B03FE">
        <w:rPr>
          <w:rFonts w:ascii="Times New Roman" w:hAnsi="Times New Roman" w:cs="Times New Roman"/>
          <w:b/>
          <w:lang w:val="ru-RU"/>
        </w:rPr>
        <w:t>«допущен / не допущен»</w:t>
      </w:r>
      <w:r w:rsidRPr="006B03FE">
        <w:rPr>
          <w:rFonts w:ascii="Times New Roman" w:hAnsi="Times New Roman" w:cs="Times New Roman"/>
          <w:lang w:val="ru-RU"/>
        </w:rPr>
        <w:t xml:space="preserve"> можно проверить в таблице:</w:t>
      </w:r>
    </w:p>
    <w:p w14:paraId="64BE9976" w14:textId="77777777" w:rsidR="00A873BA" w:rsidRPr="006B03FE" w:rsidRDefault="005F7C88" w:rsidP="006B03FE">
      <w:pPr>
        <w:jc w:val="both"/>
        <w:rPr>
          <w:rFonts w:ascii="Times New Roman" w:hAnsi="Times New Roman" w:cs="Times New Roman"/>
          <w:lang w:val="ru-RU"/>
        </w:rPr>
      </w:pPr>
      <w:hyperlink r:id="rId10">
        <w:r w:rsidR="00A873BA"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>Таблица допуска по мате</w:t>
        </w:r>
        <w:r w:rsidR="00A873BA" w:rsidRPr="008B65F6">
          <w:rPr>
            <w:rFonts w:ascii="Times New Roman" w:hAnsi="Times New Roman" w:cs="Times New Roman"/>
            <w:color w:val="0563C1"/>
            <w:u w:val="single"/>
            <w:lang w:val="ru-RU"/>
          </w:rPr>
          <w:t>ма</w:t>
        </w:r>
        <w:r w:rsidR="00A873BA" w:rsidRPr="006B03FE">
          <w:rPr>
            <w:rFonts w:ascii="Times New Roman" w:hAnsi="Times New Roman" w:cs="Times New Roman"/>
            <w:color w:val="0563C1"/>
            <w:u w:val="single"/>
            <w:lang w:val="ru-RU"/>
          </w:rPr>
          <w:t>тике</w:t>
        </w:r>
      </w:hyperlink>
    </w:p>
    <w:p w14:paraId="1EB19B6D" w14:textId="77777777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Данные обновляются </w:t>
      </w:r>
      <w:r w:rsidRPr="006B03FE">
        <w:rPr>
          <w:rFonts w:ascii="Times New Roman" w:hAnsi="Times New Roman" w:cs="Times New Roman"/>
          <w:b/>
          <w:lang w:val="ru-RU"/>
        </w:rPr>
        <w:t>не реже одного раза в месяц</w:t>
      </w:r>
      <w:r w:rsidRPr="006B03FE">
        <w:rPr>
          <w:rFonts w:ascii="Times New Roman" w:hAnsi="Times New Roman" w:cs="Times New Roman"/>
          <w:lang w:val="ru-RU"/>
        </w:rPr>
        <w:t xml:space="preserve">, а в последние три дня перед окончанием срока прохождения тестов — </w:t>
      </w:r>
      <w:r w:rsidRPr="006B03FE">
        <w:rPr>
          <w:rFonts w:ascii="Times New Roman" w:hAnsi="Times New Roman" w:cs="Times New Roman"/>
          <w:b/>
          <w:lang w:val="ru-RU"/>
        </w:rPr>
        <w:t>ежедневно</w:t>
      </w:r>
      <w:r w:rsidRPr="006B03FE">
        <w:rPr>
          <w:rFonts w:ascii="Times New Roman" w:hAnsi="Times New Roman" w:cs="Times New Roman"/>
          <w:lang w:val="ru-RU"/>
        </w:rPr>
        <w:t>.</w:t>
      </w:r>
    </w:p>
    <w:p w14:paraId="1EA454A1" w14:textId="3F265784" w:rsidR="00FA7BBF" w:rsidRPr="006B03FE" w:rsidRDefault="00EB480E" w:rsidP="006B03FE">
      <w:pPr>
        <w:pStyle w:val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B03FE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FA7BBF" w:rsidRPr="006B03FE">
        <w:rPr>
          <w:rFonts w:ascii="Times New Roman" w:hAnsi="Times New Roman" w:cs="Times New Roman"/>
          <w:sz w:val="22"/>
          <w:szCs w:val="22"/>
          <w:lang w:val="ru-RU"/>
        </w:rPr>
        <w:t>. Куда обращаться с вопросами</w:t>
      </w:r>
    </w:p>
    <w:p w14:paraId="214F6886" w14:textId="6A462C49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По всем вопросам обращайтесь </w:t>
      </w:r>
      <w:r w:rsidRPr="006B03FE">
        <w:rPr>
          <w:rFonts w:ascii="Times New Roman" w:hAnsi="Times New Roman" w:cs="Times New Roman"/>
          <w:b/>
          <w:lang w:val="ru-RU"/>
        </w:rPr>
        <w:t>через чат Личного кабинета к преподавателю кафедры математики, который курирует вашу группу</w:t>
      </w:r>
      <w:r w:rsidRPr="006B03FE">
        <w:rPr>
          <w:rFonts w:ascii="Times New Roman" w:hAnsi="Times New Roman" w:cs="Times New Roman"/>
          <w:lang w:val="ru-RU"/>
        </w:rPr>
        <w:t xml:space="preserve">. Он указан в файле </w:t>
      </w:r>
      <w:r w:rsidR="00CA79DB" w:rsidRPr="006B03FE">
        <w:rPr>
          <w:rFonts w:ascii="Times New Roman" w:hAnsi="Times New Roman" w:cs="Times New Roman"/>
          <w:b/>
          <w:lang w:val="ru-RU"/>
        </w:rPr>
        <w:t>«группы – преподаватели осень 2026»</w:t>
      </w:r>
      <w:r w:rsidR="00CA79DB" w:rsidRPr="006B03FE">
        <w:rPr>
          <w:rFonts w:ascii="Times New Roman" w:hAnsi="Times New Roman" w:cs="Times New Roman"/>
          <w:lang w:val="ru-RU"/>
        </w:rPr>
        <w:t xml:space="preserve">, </w:t>
      </w:r>
      <w:r w:rsidRPr="006B03FE">
        <w:rPr>
          <w:rFonts w:ascii="Times New Roman" w:hAnsi="Times New Roman" w:cs="Times New Roman"/>
          <w:lang w:val="ru-RU"/>
        </w:rPr>
        <w:t xml:space="preserve">в подключённой папке в разделе </w:t>
      </w:r>
      <w:r w:rsidRPr="006B03FE">
        <w:rPr>
          <w:rFonts w:ascii="Times New Roman" w:hAnsi="Times New Roman" w:cs="Times New Roman"/>
          <w:b/>
          <w:lang w:val="ru-RU"/>
        </w:rPr>
        <w:t>«Диск» ЛК</w:t>
      </w:r>
      <w:r w:rsidRPr="006B03FE">
        <w:rPr>
          <w:rFonts w:ascii="Times New Roman" w:hAnsi="Times New Roman" w:cs="Times New Roman"/>
          <w:lang w:val="ru-RU"/>
        </w:rPr>
        <w:t>.</w:t>
      </w:r>
    </w:p>
    <w:p w14:paraId="7E69B3D1" w14:textId="233E2646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 xml:space="preserve">Преподаватель ответит </w:t>
      </w:r>
      <w:r w:rsidR="00CA79DB" w:rsidRPr="006B03FE">
        <w:rPr>
          <w:rFonts w:ascii="Times New Roman" w:hAnsi="Times New Roman" w:cs="Times New Roman"/>
          <w:b/>
          <w:lang w:val="ru-RU"/>
        </w:rPr>
        <w:t>в течение одной рабочей</w:t>
      </w:r>
      <w:r w:rsidRPr="006B03FE">
        <w:rPr>
          <w:rFonts w:ascii="Times New Roman" w:hAnsi="Times New Roman" w:cs="Times New Roman"/>
          <w:b/>
          <w:lang w:val="ru-RU"/>
        </w:rPr>
        <w:t xml:space="preserve"> </w:t>
      </w:r>
      <w:r w:rsidR="00CA79DB" w:rsidRPr="006B03FE">
        <w:rPr>
          <w:rFonts w:ascii="Times New Roman" w:hAnsi="Times New Roman" w:cs="Times New Roman"/>
          <w:b/>
          <w:lang w:val="ru-RU"/>
        </w:rPr>
        <w:t>недели</w:t>
      </w:r>
      <w:r w:rsidRPr="006B03FE">
        <w:rPr>
          <w:rFonts w:ascii="Times New Roman" w:hAnsi="Times New Roman" w:cs="Times New Roman"/>
          <w:lang w:val="ru-RU"/>
        </w:rPr>
        <w:t>.</w:t>
      </w:r>
    </w:p>
    <w:p w14:paraId="382462A5" w14:textId="193CA9C5" w:rsidR="00FA7BBF" w:rsidRPr="008B65F6" w:rsidRDefault="00FA7BBF" w:rsidP="006B03FE">
      <w:pPr>
        <w:jc w:val="both"/>
        <w:rPr>
          <w:rFonts w:ascii="Times New Roman" w:hAnsi="Times New Roman" w:cs="Times New Roman"/>
          <w:color w:val="0563C1"/>
          <w:lang w:val="ru-RU"/>
        </w:rPr>
      </w:pPr>
      <w:r w:rsidRPr="008B65F6">
        <w:rPr>
          <w:rFonts w:ascii="Times New Roman" w:hAnsi="Times New Roman" w:cs="Times New Roman"/>
          <w:lang w:val="ru-RU"/>
        </w:rPr>
        <w:t xml:space="preserve">Если вопрос не удалось решить с преподавателем, напишите </w:t>
      </w:r>
      <w:hyperlink r:id="rId11" w:history="1">
        <w:r w:rsidR="0061531A" w:rsidRPr="008B65F6">
          <w:rPr>
            <w:rStyle w:val="aff8"/>
            <w:rFonts w:ascii="Times New Roman" w:hAnsi="Times New Roman" w:cs="Times New Roman"/>
            <w:color w:val="0563C1"/>
          </w:rPr>
          <w:t>kafedra</w:t>
        </w:r>
        <w:r w:rsidR="0061531A" w:rsidRPr="008B65F6">
          <w:rPr>
            <w:rStyle w:val="aff8"/>
            <w:rFonts w:ascii="Times New Roman" w:hAnsi="Times New Roman" w:cs="Times New Roman"/>
            <w:color w:val="0563C1"/>
            <w:lang w:val="ru-RU"/>
          </w:rPr>
          <w:t>.</w:t>
        </w:r>
        <w:r w:rsidR="0061531A" w:rsidRPr="008B65F6">
          <w:rPr>
            <w:rStyle w:val="aff8"/>
            <w:rFonts w:ascii="Times New Roman" w:hAnsi="Times New Roman" w:cs="Times New Roman"/>
            <w:color w:val="0563C1"/>
          </w:rPr>
          <w:t>mat</w:t>
        </w:r>
        <w:r w:rsidR="0061531A" w:rsidRPr="008B65F6">
          <w:rPr>
            <w:rStyle w:val="aff8"/>
            <w:rFonts w:ascii="Times New Roman" w:hAnsi="Times New Roman" w:cs="Times New Roman"/>
            <w:color w:val="0563C1"/>
            <w:lang w:val="ru-RU"/>
          </w:rPr>
          <w:t>@</w:t>
        </w:r>
        <w:r w:rsidR="0061531A" w:rsidRPr="008B65F6">
          <w:rPr>
            <w:rStyle w:val="aff8"/>
            <w:rFonts w:ascii="Times New Roman" w:hAnsi="Times New Roman" w:cs="Times New Roman"/>
            <w:color w:val="0563C1"/>
          </w:rPr>
          <w:t>suitd</w:t>
        </w:r>
        <w:r w:rsidR="0061531A" w:rsidRPr="008B65F6">
          <w:rPr>
            <w:rStyle w:val="aff8"/>
            <w:rFonts w:ascii="Times New Roman" w:hAnsi="Times New Roman" w:cs="Times New Roman"/>
            <w:color w:val="0563C1"/>
            <w:lang w:val="ru-RU"/>
          </w:rPr>
          <w:t>.</w:t>
        </w:r>
        <w:proofErr w:type="spellStart"/>
        <w:r w:rsidR="0061531A" w:rsidRPr="008B65F6">
          <w:rPr>
            <w:rStyle w:val="aff8"/>
            <w:rFonts w:ascii="Times New Roman" w:hAnsi="Times New Roman" w:cs="Times New Roman"/>
            <w:color w:val="0563C1"/>
          </w:rPr>
          <w:t>ru</w:t>
        </w:r>
        <w:proofErr w:type="spellEnd"/>
      </w:hyperlink>
      <w:r w:rsidR="00A873BA" w:rsidRPr="008B65F6">
        <w:rPr>
          <w:rFonts w:ascii="Times New Roman" w:hAnsi="Times New Roman" w:cs="Times New Roman"/>
          <w:color w:val="0563C1"/>
          <w:lang w:val="ru-RU"/>
        </w:rPr>
        <w:t>.</w:t>
      </w:r>
    </w:p>
    <w:p w14:paraId="4D38124C" w14:textId="2926C665" w:rsidR="006B03FE" w:rsidRPr="008B65F6" w:rsidRDefault="006B03FE" w:rsidP="006B03FE">
      <w:pPr>
        <w:jc w:val="both"/>
        <w:rPr>
          <w:rFonts w:ascii="Times New Roman" w:hAnsi="Times New Roman" w:cs="Times New Roman"/>
          <w:lang w:val="ru-RU"/>
        </w:rPr>
      </w:pPr>
      <w:bookmarkStart w:id="2" w:name="_Hlk242016863"/>
      <w:r w:rsidRPr="008B65F6">
        <w:rPr>
          <w:rFonts w:ascii="Times New Roman" w:hAnsi="Times New Roman" w:cs="Times New Roman"/>
          <w:lang w:val="ru-RU"/>
        </w:rPr>
        <w:t xml:space="preserve">При возникновении технических проблем в работе системы </w:t>
      </w:r>
      <w:r w:rsidRPr="008B65F6">
        <w:rPr>
          <w:rFonts w:ascii="Times New Roman" w:hAnsi="Times New Roman" w:cs="Times New Roman"/>
        </w:rPr>
        <w:t>Canvas</w:t>
      </w:r>
      <w:r w:rsidRPr="008B65F6">
        <w:rPr>
          <w:rFonts w:ascii="Times New Roman" w:hAnsi="Times New Roman" w:cs="Times New Roman"/>
          <w:lang w:val="ru-RU"/>
        </w:rPr>
        <w:t xml:space="preserve">, напишите: </w:t>
      </w:r>
      <w:hyperlink r:id="rId12" w:tgtFrame="_blank" w:history="1"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</w:rPr>
          <w:t>canvas</w:t>
        </w:r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  <w:lang w:val="ru-RU"/>
          </w:rPr>
          <w:t>.</w:t>
        </w:r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</w:rPr>
          <w:t>ois</w:t>
        </w:r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  <w:lang w:val="ru-RU"/>
          </w:rPr>
          <w:t>@</w:t>
        </w:r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</w:rPr>
          <w:t>suitd</w:t>
        </w:r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  <w:lang w:val="ru-RU"/>
          </w:rPr>
          <w:t>.</w:t>
        </w:r>
        <w:proofErr w:type="spellStart"/>
        <w:r w:rsidRPr="008B65F6">
          <w:rPr>
            <w:rStyle w:val="aff8"/>
            <w:rFonts w:ascii="Times New Roman" w:hAnsi="Times New Roman" w:cs="Times New Roman"/>
            <w:color w:val="0374B5"/>
            <w:shd w:val="clear" w:color="auto" w:fill="FFFFFF"/>
          </w:rPr>
          <w:t>ru</w:t>
        </w:r>
        <w:proofErr w:type="spellEnd"/>
      </w:hyperlink>
    </w:p>
    <w:p w14:paraId="6AC5424C" w14:textId="7027281F" w:rsidR="006B03FE" w:rsidRPr="006B03FE" w:rsidRDefault="006B03FE" w:rsidP="006B03FE">
      <w:pPr>
        <w:jc w:val="both"/>
        <w:rPr>
          <w:rFonts w:ascii="Times New Roman" w:hAnsi="Times New Roman" w:cs="Times New Roman"/>
          <w:lang w:val="ru-RU"/>
        </w:rPr>
      </w:pPr>
      <w:r w:rsidRPr="008B65F6">
        <w:rPr>
          <w:rFonts w:ascii="Times New Roman" w:hAnsi="Times New Roman" w:cs="Times New Roman"/>
          <w:lang w:val="ru-RU"/>
        </w:rPr>
        <w:t xml:space="preserve">При возникновении проблем в работе Личного кабинета, напишите: </w:t>
      </w:r>
      <w:hyperlink r:id="rId13" w:history="1"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</w:rPr>
          <w:t>inform</w:t>
        </w:r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  <w:lang w:val="ru-RU"/>
          </w:rPr>
          <w:t>.</w:t>
        </w:r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</w:rPr>
          <w:t>guptd</w:t>
        </w:r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  <w:lang w:val="ru-RU"/>
          </w:rPr>
          <w:t>@</w:t>
        </w:r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</w:rPr>
          <w:t>mail</w:t>
        </w:r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  <w:lang w:val="ru-RU"/>
          </w:rPr>
          <w:t>.</w:t>
        </w:r>
        <w:proofErr w:type="spellStart"/>
        <w:r w:rsidRPr="008B65F6">
          <w:rPr>
            <w:rStyle w:val="aff8"/>
            <w:rFonts w:ascii="Times New Roman" w:hAnsi="Times New Roman" w:cs="Times New Roman"/>
            <w:color w:val="0563C1"/>
            <w:shd w:val="clear" w:color="auto" w:fill="FFFFFF"/>
          </w:rPr>
          <w:t>ru</w:t>
        </w:r>
        <w:proofErr w:type="spellEnd"/>
      </w:hyperlink>
    </w:p>
    <w:bookmarkEnd w:id="2"/>
    <w:p w14:paraId="66E92862" w14:textId="77777777" w:rsidR="00FA7BBF" w:rsidRPr="006B03FE" w:rsidRDefault="00FA7BBF" w:rsidP="006B03FE">
      <w:pPr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lang w:val="ru-RU"/>
        </w:rPr>
        <w:t>Ответственные сотрудники кафедры математики:</w:t>
      </w:r>
    </w:p>
    <w:p w14:paraId="19BF2CA4" w14:textId="77777777" w:rsidR="00FA7BBF" w:rsidRPr="006B03FE" w:rsidRDefault="00FA7BBF" w:rsidP="006B03FE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>Третьякова Юлия Михайловна</w:t>
      </w:r>
      <w:r w:rsidRPr="006B03FE">
        <w:rPr>
          <w:rFonts w:ascii="Times New Roman" w:hAnsi="Times New Roman" w:cs="Times New Roman"/>
          <w:lang w:val="ru-RU"/>
        </w:rPr>
        <w:t xml:space="preserve"> — ассистент кафедры, ответственная за работу с заочниками;</w:t>
      </w:r>
    </w:p>
    <w:p w14:paraId="38191547" w14:textId="19283CC9" w:rsidR="007A04CF" w:rsidRPr="006B03FE" w:rsidRDefault="00FA7BBF" w:rsidP="006B03FE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B03FE">
        <w:rPr>
          <w:rFonts w:ascii="Times New Roman" w:hAnsi="Times New Roman" w:cs="Times New Roman"/>
          <w:b/>
          <w:lang w:val="ru-RU"/>
        </w:rPr>
        <w:t>Кузнецова Вероника Дмитриевна</w:t>
      </w:r>
      <w:r w:rsidRPr="006B03FE">
        <w:rPr>
          <w:rFonts w:ascii="Times New Roman" w:hAnsi="Times New Roman" w:cs="Times New Roman"/>
          <w:lang w:val="ru-RU"/>
        </w:rPr>
        <w:t xml:space="preserve"> — программист 1 категории.</w:t>
      </w:r>
    </w:p>
    <w:sectPr w:rsidR="007A04CF" w:rsidRPr="006B03FE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6C3"/>
    <w:rsid w:val="0029639D"/>
    <w:rsid w:val="002E7943"/>
    <w:rsid w:val="00326F90"/>
    <w:rsid w:val="005F7C88"/>
    <w:rsid w:val="0061531A"/>
    <w:rsid w:val="006B03FE"/>
    <w:rsid w:val="007560BF"/>
    <w:rsid w:val="007A04CF"/>
    <w:rsid w:val="00871178"/>
    <w:rsid w:val="008B65F6"/>
    <w:rsid w:val="00A873BA"/>
    <w:rsid w:val="00AA1D8D"/>
    <w:rsid w:val="00AE552C"/>
    <w:rsid w:val="00B47730"/>
    <w:rsid w:val="00BF7F78"/>
    <w:rsid w:val="00C20E99"/>
    <w:rsid w:val="00CA79DB"/>
    <w:rsid w:val="00CB0664"/>
    <w:rsid w:val="00EB480E"/>
    <w:rsid w:val="00FA7B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A71CB"/>
  <w14:defaultImageDpi w14:val="300"/>
  <w15:docId w15:val="{0B05E3B1-AA99-412E-8AEB-B741D340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2" w:lineRule="auto"/>
    </w:pPr>
    <w:rPr>
      <w:rFonts w:ascii="Calibri" w:hAnsi="Calibri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A873BA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615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sutd.ru/courses/356" TargetMode="External"/><Relationship Id="rId13" Type="http://schemas.openxmlformats.org/officeDocument/2006/relationships/hyperlink" Target="mailto:inform.guptd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sutd.ru/upload/iblock/canvas-platform-user-guide.pdf" TargetMode="External"/><Relationship Id="rId12" Type="http://schemas.openxmlformats.org/officeDocument/2006/relationships/hyperlink" Target="https://outlook.offic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utd.ru/upload/iblock/login_instruct_students.pdf" TargetMode="External"/><Relationship Id="rId11" Type="http://schemas.openxmlformats.org/officeDocument/2006/relationships/hyperlink" Target="mailto:kafedra.mat@suitd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spreadsheets/d/1nWo9NsXH13lBqZk8aOTO3S2xPYJKgKsaPBCMldg50vg/edit?usp=drives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ms.sutd.ru/courses/3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8CEEE9-B817-4573-85AE-58A79D8EE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Как получить допуск к зачёту или экзамену по математике</vt:lpstr>
      <vt:lpstr>Как получить допуск к зачёту или экзамену по математике</vt:lpstr>
      <vt:lpstr/>
    </vt:vector>
  </TitlesOfParts>
  <Manager/>
  <Company/>
  <LinksUpToDate>false</LinksUpToDate>
  <CharactersWithSpaces>5483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получить допуск к зачёту или экзамену по математике</dc:title>
  <dc:subject/>
  <dc:creator>python-docx</dc:creator>
  <cp:keywords/>
  <dc:description>generated by python-docx</dc:description>
  <cp:lastModifiedBy>User</cp:lastModifiedBy>
  <cp:revision>2</cp:revision>
  <dcterms:created xsi:type="dcterms:W3CDTF">2026-10-07T09:50:00Z</dcterms:created>
  <dcterms:modified xsi:type="dcterms:W3CDTF">2026-10-07T09:50:00Z</dcterms:modified>
  <cp:category/>
</cp:coreProperties>
</file>